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07208" w14:textId="0201E736" w:rsidR="009C1865" w:rsidRPr="00A36812" w:rsidRDefault="00000000">
      <w:pPr>
        <w:jc w:val="center"/>
        <w:rPr>
          <w:rFonts w:ascii="Heiti SC Medium" w:eastAsia="Heiti SC Medium" w:hAnsi="Heiti SC Medium" w:hint="eastAsia"/>
          <w:lang w:eastAsia="zh-CN"/>
        </w:rPr>
      </w:pPr>
      <w:r w:rsidRPr="00A36812">
        <w:rPr>
          <w:rFonts w:ascii="Heiti SC Medium" w:eastAsia="Heiti SC Medium" w:hAnsi="Heiti SC Medium"/>
          <w:b/>
          <w:sz w:val="32"/>
          <w:lang w:eastAsia="zh-CN"/>
        </w:rPr>
        <w:t>少辅队外宣部</w:t>
      </w:r>
      <w:r w:rsidR="00A36812">
        <w:rPr>
          <w:rFonts w:ascii="Heiti SC Medium" w:eastAsia="Heiti SC Medium" w:hAnsi="Heiti SC Medium" w:hint="eastAsia"/>
          <w:b/>
          <w:sz w:val="32"/>
          <w:lang w:eastAsia="zh-CN"/>
        </w:rPr>
        <w:t>成员招募</w:t>
      </w:r>
      <w:r w:rsidRPr="00A36812">
        <w:rPr>
          <w:rFonts w:ascii="Heiti SC Medium" w:eastAsia="Heiti SC Medium" w:hAnsi="Heiti SC Medium"/>
          <w:b/>
          <w:sz w:val="32"/>
          <w:lang w:eastAsia="zh-CN"/>
        </w:rPr>
        <w:t>报名表</w:t>
      </w:r>
    </w:p>
    <w:p w14:paraId="13136C2F" w14:textId="77777777" w:rsidR="009C1865" w:rsidRPr="00A36812" w:rsidRDefault="009C1865">
      <w:pPr>
        <w:rPr>
          <w:rFonts w:ascii="Heiti SC Medium" w:eastAsia="Heiti SC Medium" w:hAnsi="Heiti SC Medium"/>
          <w:lang w:eastAsia="zh-CN"/>
        </w:rPr>
      </w:pPr>
    </w:p>
    <w:tbl>
      <w:tblPr>
        <w:tblStyle w:val="aff1"/>
        <w:tblW w:w="0" w:type="auto"/>
        <w:tblLook w:val="04A0" w:firstRow="1" w:lastRow="0" w:firstColumn="1" w:lastColumn="0" w:noHBand="0" w:noVBand="1"/>
      </w:tblPr>
      <w:tblGrid>
        <w:gridCol w:w="9972"/>
      </w:tblGrid>
      <w:tr w:rsidR="009C1865" w:rsidRPr="00A36812" w14:paraId="45807941" w14:textId="77777777">
        <w:tc>
          <w:tcPr>
            <w:tcW w:w="9972" w:type="dxa"/>
          </w:tcPr>
          <w:p w14:paraId="6B2A014B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proofErr w:type="spellStart"/>
            <w:r w:rsidRPr="00A36812">
              <w:rPr>
                <w:rFonts w:ascii="Heiti SC Medium" w:eastAsia="Heiti SC Medium" w:hAnsi="Heiti SC Medium"/>
              </w:rPr>
              <w:t>一、基础信息</w:t>
            </w:r>
            <w:proofErr w:type="spellEnd"/>
          </w:p>
        </w:tc>
      </w:tr>
      <w:tr w:rsidR="009C1865" w:rsidRPr="00A36812" w14:paraId="00C87A9B" w14:textId="77777777">
        <w:tc>
          <w:tcPr>
            <w:tcW w:w="9972" w:type="dxa"/>
          </w:tcPr>
          <w:p w14:paraId="6CB898BD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姓名：__________    学校：____________________    年级：__________</w:t>
            </w:r>
          </w:p>
        </w:tc>
      </w:tr>
      <w:tr w:rsidR="009C1865" w:rsidRPr="00A36812" w14:paraId="7401FB1E" w14:textId="77777777">
        <w:tc>
          <w:tcPr>
            <w:tcW w:w="9972" w:type="dxa"/>
          </w:tcPr>
          <w:p w14:paraId="26144E06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 xml:space="preserve"> </w:t>
            </w:r>
          </w:p>
        </w:tc>
      </w:tr>
      <w:tr w:rsidR="009C1865" w:rsidRPr="00A36812" w14:paraId="596F4529" w14:textId="77777777">
        <w:tc>
          <w:tcPr>
            <w:tcW w:w="9972" w:type="dxa"/>
          </w:tcPr>
          <w:p w14:paraId="0B0BA96C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二、时间保障（你平均每周哪几天/哪个时段比较有空？）</w:t>
            </w:r>
          </w:p>
        </w:tc>
      </w:tr>
      <w:tr w:rsidR="009C1865" w:rsidRPr="00A36812" w14:paraId="1F95287E" w14:textId="77777777">
        <w:tc>
          <w:tcPr>
            <w:tcW w:w="9972" w:type="dxa"/>
          </w:tcPr>
          <w:p w14:paraId="1CBD2730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______________________________________________________________________________</w:t>
            </w:r>
          </w:p>
        </w:tc>
      </w:tr>
      <w:tr w:rsidR="009C1865" w:rsidRPr="00A36812" w14:paraId="6A6B79BC" w14:textId="77777777">
        <w:tc>
          <w:tcPr>
            <w:tcW w:w="9972" w:type="dxa"/>
          </w:tcPr>
          <w:p w14:paraId="383F2B43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______________________________________________________________________________</w:t>
            </w:r>
          </w:p>
        </w:tc>
      </w:tr>
      <w:tr w:rsidR="009C1865" w:rsidRPr="00A36812" w14:paraId="42C163C5" w14:textId="77777777">
        <w:tc>
          <w:tcPr>
            <w:tcW w:w="9972" w:type="dxa"/>
          </w:tcPr>
          <w:p w14:paraId="382A1DAE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 xml:space="preserve"> </w:t>
            </w:r>
          </w:p>
        </w:tc>
      </w:tr>
      <w:tr w:rsidR="009C1865" w:rsidRPr="00A36812" w14:paraId="4D77E8C2" w14:textId="77777777">
        <w:tc>
          <w:tcPr>
            <w:tcW w:w="9972" w:type="dxa"/>
          </w:tcPr>
          <w:p w14:paraId="101D41F4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三、设备保障（在方框内打“√”，可多选）</w:t>
            </w:r>
          </w:p>
        </w:tc>
      </w:tr>
      <w:tr w:rsidR="009C1865" w:rsidRPr="00A36812" w14:paraId="2597A447" w14:textId="77777777">
        <w:tc>
          <w:tcPr>
            <w:tcW w:w="9972" w:type="dxa"/>
          </w:tcPr>
          <w:p w14:paraId="0C294062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□ 手机    □ 电脑    □ 平板    □ 相机    □ 麦克风    □ 稳定器    □ 其他：____________</w:t>
            </w:r>
          </w:p>
        </w:tc>
      </w:tr>
      <w:tr w:rsidR="009C1865" w:rsidRPr="00A36812" w14:paraId="419BF9D4" w14:textId="77777777">
        <w:tc>
          <w:tcPr>
            <w:tcW w:w="9972" w:type="dxa"/>
          </w:tcPr>
          <w:p w14:paraId="458605DE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 xml:space="preserve"> </w:t>
            </w:r>
          </w:p>
        </w:tc>
      </w:tr>
      <w:tr w:rsidR="009C1865" w:rsidRPr="00A36812" w14:paraId="0A4AF3EF" w14:textId="77777777">
        <w:tc>
          <w:tcPr>
            <w:tcW w:w="9972" w:type="dxa"/>
          </w:tcPr>
          <w:p w14:paraId="17CC0E3D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proofErr w:type="spellStart"/>
            <w:r w:rsidRPr="00A36812">
              <w:rPr>
                <w:rFonts w:ascii="Heiti SC Medium" w:eastAsia="Heiti SC Medium" w:hAnsi="Heiti SC Medium"/>
              </w:rPr>
              <w:t>四、家长支持</w:t>
            </w:r>
            <w:proofErr w:type="spellEnd"/>
          </w:p>
        </w:tc>
      </w:tr>
      <w:tr w:rsidR="009C1865" w:rsidRPr="00A36812" w14:paraId="66D237AB" w14:textId="77777777">
        <w:tc>
          <w:tcPr>
            <w:tcW w:w="9972" w:type="dxa"/>
          </w:tcPr>
          <w:p w14:paraId="787CCD05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□ 已知晓并支持      □ 暂未沟通</w:t>
            </w:r>
          </w:p>
        </w:tc>
      </w:tr>
      <w:tr w:rsidR="009C1865" w:rsidRPr="00A36812" w14:paraId="27C670A4" w14:textId="77777777">
        <w:tc>
          <w:tcPr>
            <w:tcW w:w="9972" w:type="dxa"/>
          </w:tcPr>
          <w:p w14:paraId="29AE88E5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 xml:space="preserve"> </w:t>
            </w:r>
          </w:p>
        </w:tc>
      </w:tr>
      <w:tr w:rsidR="009C1865" w:rsidRPr="00A36812" w14:paraId="4E030A57" w14:textId="77777777">
        <w:tc>
          <w:tcPr>
            <w:tcW w:w="9972" w:type="dxa"/>
          </w:tcPr>
          <w:p w14:paraId="02DC06F1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五、兴趣方向（可多选）</w:t>
            </w:r>
          </w:p>
        </w:tc>
      </w:tr>
      <w:tr w:rsidR="009C1865" w:rsidRPr="00A36812" w14:paraId="413880DD" w14:textId="77777777">
        <w:tc>
          <w:tcPr>
            <w:tcW w:w="9972" w:type="dxa"/>
          </w:tcPr>
          <w:p w14:paraId="65B08DB0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□ 文案    □ 摄影    □ 视频    □ 海报    □ 账号运营</w:t>
            </w:r>
          </w:p>
        </w:tc>
      </w:tr>
      <w:tr w:rsidR="009C1865" w:rsidRPr="00A36812" w14:paraId="39125991" w14:textId="77777777">
        <w:tc>
          <w:tcPr>
            <w:tcW w:w="9972" w:type="dxa"/>
          </w:tcPr>
          <w:p w14:paraId="2FB475A7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 xml:space="preserve"> </w:t>
            </w:r>
          </w:p>
        </w:tc>
      </w:tr>
      <w:tr w:rsidR="009C1865" w:rsidRPr="00A36812" w14:paraId="58163D88" w14:textId="77777777">
        <w:tc>
          <w:tcPr>
            <w:tcW w:w="9972" w:type="dxa"/>
          </w:tcPr>
          <w:p w14:paraId="1002D79C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六、自我评价（1–3个关键词）</w:t>
            </w:r>
          </w:p>
        </w:tc>
      </w:tr>
      <w:tr w:rsidR="009C1865" w:rsidRPr="00A36812" w14:paraId="00380AB9" w14:textId="77777777">
        <w:tc>
          <w:tcPr>
            <w:tcW w:w="9972" w:type="dxa"/>
          </w:tcPr>
          <w:p w14:paraId="68437DA5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1. ____________________    2. ____________________    3. ____________________</w:t>
            </w:r>
          </w:p>
        </w:tc>
      </w:tr>
      <w:tr w:rsidR="009C1865" w:rsidRPr="00A36812" w14:paraId="77CA9D91" w14:textId="77777777">
        <w:tc>
          <w:tcPr>
            <w:tcW w:w="9972" w:type="dxa"/>
          </w:tcPr>
          <w:p w14:paraId="00FFFE47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 xml:space="preserve"> </w:t>
            </w:r>
          </w:p>
        </w:tc>
      </w:tr>
      <w:tr w:rsidR="009C1865" w:rsidRPr="00A36812" w14:paraId="64C2094D" w14:textId="77777777">
        <w:tc>
          <w:tcPr>
            <w:tcW w:w="9972" w:type="dxa"/>
          </w:tcPr>
          <w:p w14:paraId="330BBF98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七、代表作品链接（可选）</w:t>
            </w:r>
          </w:p>
        </w:tc>
      </w:tr>
      <w:tr w:rsidR="009C1865" w:rsidRPr="00A36812" w14:paraId="289AC400" w14:textId="77777777">
        <w:tc>
          <w:tcPr>
            <w:tcW w:w="9972" w:type="dxa"/>
          </w:tcPr>
          <w:p w14:paraId="02EBBC13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______________________________________________________________________________</w:t>
            </w:r>
          </w:p>
        </w:tc>
      </w:tr>
      <w:tr w:rsidR="009C1865" w:rsidRPr="00A36812" w14:paraId="33B6A2C7" w14:textId="77777777">
        <w:tc>
          <w:tcPr>
            <w:tcW w:w="9972" w:type="dxa"/>
          </w:tcPr>
          <w:p w14:paraId="545DF617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 xml:space="preserve"> </w:t>
            </w:r>
          </w:p>
        </w:tc>
      </w:tr>
      <w:tr w:rsidR="009C1865" w:rsidRPr="00A36812" w14:paraId="1BFA24F5" w14:textId="77777777">
        <w:tc>
          <w:tcPr>
            <w:tcW w:w="9972" w:type="dxa"/>
          </w:tcPr>
          <w:p w14:paraId="008F7EA5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八、联系方式</w:t>
            </w:r>
          </w:p>
        </w:tc>
      </w:tr>
      <w:tr w:rsidR="009C1865" w:rsidRPr="00A36812" w14:paraId="55FC217D" w14:textId="77777777">
        <w:tc>
          <w:tcPr>
            <w:tcW w:w="9972" w:type="dxa"/>
          </w:tcPr>
          <w:p w14:paraId="66689A81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>电话/微信：_____________________________</w:t>
            </w:r>
          </w:p>
        </w:tc>
      </w:tr>
      <w:tr w:rsidR="009C1865" w:rsidRPr="00A36812" w14:paraId="6D1FE5FD" w14:textId="77777777">
        <w:tc>
          <w:tcPr>
            <w:tcW w:w="9972" w:type="dxa"/>
          </w:tcPr>
          <w:p w14:paraId="449D99BE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r w:rsidRPr="00A36812">
              <w:rPr>
                <w:rFonts w:ascii="Heiti SC Medium" w:eastAsia="Heiti SC Medium" w:hAnsi="Heiti SC Medium"/>
              </w:rPr>
              <w:t xml:space="preserve"> </w:t>
            </w:r>
          </w:p>
        </w:tc>
      </w:tr>
      <w:tr w:rsidR="009C1865" w:rsidRPr="00A36812" w14:paraId="1C126B34" w14:textId="77777777">
        <w:tc>
          <w:tcPr>
            <w:tcW w:w="9972" w:type="dxa"/>
          </w:tcPr>
          <w:p w14:paraId="7BC6FE30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九、个人承诺（签名）</w:t>
            </w:r>
          </w:p>
        </w:tc>
      </w:tr>
      <w:tr w:rsidR="009C1865" w:rsidRPr="00A36812" w14:paraId="785EC6A8" w14:textId="77777777">
        <w:tc>
          <w:tcPr>
            <w:tcW w:w="9972" w:type="dxa"/>
          </w:tcPr>
          <w:p w14:paraId="09A775CC" w14:textId="77777777" w:rsidR="009C1865" w:rsidRPr="00A36812" w:rsidRDefault="00000000">
            <w:pPr>
              <w:rPr>
                <w:rFonts w:ascii="Heiti SC Medium" w:eastAsia="Heiti SC Medium" w:hAnsi="Heiti SC Medium"/>
                <w:lang w:eastAsia="zh-CN"/>
              </w:rPr>
            </w:pPr>
            <w:r w:rsidRPr="00A36812">
              <w:rPr>
                <w:rFonts w:ascii="Heiti SC Medium" w:eastAsia="Heiti SC Medium" w:hAnsi="Heiti SC Medium"/>
                <w:lang w:eastAsia="zh-CN"/>
              </w:rPr>
              <w:t>我了解并同意外宣部季度创作目标（每季度≥3件原创作品），尊重原创、按时提交、遵守隐私与发布规范。</w:t>
            </w:r>
          </w:p>
        </w:tc>
      </w:tr>
      <w:tr w:rsidR="009C1865" w:rsidRPr="00A36812" w14:paraId="570BA09D" w14:textId="77777777">
        <w:tc>
          <w:tcPr>
            <w:tcW w:w="9972" w:type="dxa"/>
          </w:tcPr>
          <w:p w14:paraId="66F81A08" w14:textId="77777777" w:rsidR="009C1865" w:rsidRPr="00A36812" w:rsidRDefault="00000000">
            <w:pPr>
              <w:rPr>
                <w:rFonts w:ascii="Heiti SC Medium" w:eastAsia="Heiti SC Medium" w:hAnsi="Heiti SC Medium"/>
              </w:rPr>
            </w:pPr>
            <w:proofErr w:type="spellStart"/>
            <w:r w:rsidRPr="00A36812">
              <w:rPr>
                <w:rFonts w:ascii="Heiti SC Medium" w:eastAsia="Heiti SC Medium" w:hAnsi="Heiti SC Medium"/>
              </w:rPr>
              <w:t>签名</w:t>
            </w:r>
            <w:proofErr w:type="spellEnd"/>
            <w:r w:rsidRPr="00A36812">
              <w:rPr>
                <w:rFonts w:ascii="Heiti SC Medium" w:eastAsia="Heiti SC Medium" w:hAnsi="Heiti SC Medium"/>
              </w:rPr>
              <w:t xml:space="preserve">：__________________    </w:t>
            </w:r>
            <w:proofErr w:type="spellStart"/>
            <w:r w:rsidRPr="00A36812">
              <w:rPr>
                <w:rFonts w:ascii="Heiti SC Medium" w:eastAsia="Heiti SC Medium" w:hAnsi="Heiti SC Medium"/>
              </w:rPr>
              <w:t>日期</w:t>
            </w:r>
            <w:proofErr w:type="spellEnd"/>
            <w:r w:rsidRPr="00A36812">
              <w:rPr>
                <w:rFonts w:ascii="Heiti SC Medium" w:eastAsia="Heiti SC Medium" w:hAnsi="Heiti SC Medium"/>
              </w:rPr>
              <w:t>：__________</w:t>
            </w:r>
            <w:proofErr w:type="spellStart"/>
            <w:r w:rsidRPr="00A36812">
              <w:rPr>
                <w:rFonts w:ascii="Heiti SC Medium" w:eastAsia="Heiti SC Medium" w:hAnsi="Heiti SC Medium"/>
              </w:rPr>
              <w:t>年____月____日</w:t>
            </w:r>
            <w:proofErr w:type="spellEnd"/>
          </w:p>
        </w:tc>
      </w:tr>
    </w:tbl>
    <w:p w14:paraId="741D7C9A" w14:textId="77777777" w:rsidR="009C1865" w:rsidRPr="00A36812" w:rsidRDefault="00000000">
      <w:pPr>
        <w:rPr>
          <w:rFonts w:ascii="Heiti SC Medium" w:eastAsia="Heiti SC Medium" w:hAnsi="Heiti SC Medium"/>
        </w:rPr>
      </w:pPr>
      <w:r w:rsidRPr="00A36812">
        <w:rPr>
          <w:rFonts w:ascii="Heiti SC Medium" w:eastAsia="Heiti SC Medium" w:hAnsi="Heiti SC Medium"/>
        </w:rPr>
        <w:t xml:space="preserve"> </w:t>
      </w:r>
    </w:p>
    <w:p w14:paraId="2A420A6C" w14:textId="0834B4FE" w:rsidR="009C1865" w:rsidRPr="00A36812" w:rsidRDefault="00000000">
      <w:pPr>
        <w:rPr>
          <w:rFonts w:ascii="Heiti SC Medium" w:eastAsia="Heiti SC Medium" w:hAnsi="Heiti SC Medium" w:hint="eastAsia"/>
          <w:lang w:eastAsia="zh-CN"/>
        </w:rPr>
      </w:pPr>
      <w:r w:rsidRPr="00A36812">
        <w:rPr>
          <w:rFonts w:ascii="Heiti SC Medium" w:eastAsia="Heiti SC Medium" w:hAnsi="Heiti SC Medium"/>
          <w:sz w:val="18"/>
          <w:lang w:eastAsia="zh-CN"/>
        </w:rPr>
        <w:t>注：本表用于外宣部报名和导师带教参考；</w:t>
      </w:r>
      <w:r w:rsidR="00A36812">
        <w:rPr>
          <w:rFonts w:ascii="Heiti SC Medium" w:eastAsia="Heiti SC Medium" w:hAnsi="Heiti SC Medium" w:hint="eastAsia"/>
          <w:sz w:val="18"/>
          <w:lang w:eastAsia="zh-CN"/>
        </w:rPr>
        <w:t>电子表格</w:t>
      </w:r>
      <w:r w:rsidRPr="00A36812">
        <w:rPr>
          <w:rFonts w:ascii="Heiti SC Medium" w:eastAsia="Heiti SC Medium" w:hAnsi="Heiti SC Medium"/>
          <w:sz w:val="18"/>
          <w:lang w:eastAsia="zh-CN"/>
        </w:rPr>
        <w:t>填写后</w:t>
      </w:r>
      <w:r w:rsidR="00A36812">
        <w:rPr>
          <w:rFonts w:ascii="Heiti SC Medium" w:eastAsia="Heiti SC Medium" w:hAnsi="Heiti SC Medium" w:hint="eastAsia"/>
          <w:sz w:val="18"/>
          <w:lang w:eastAsia="zh-CN"/>
        </w:rPr>
        <w:t>投送</w:t>
      </w:r>
      <w:r w:rsidRPr="00A36812">
        <w:rPr>
          <w:rFonts w:ascii="Heiti SC Medium" w:eastAsia="Heiti SC Medium" w:hAnsi="Heiti SC Medium"/>
          <w:sz w:val="18"/>
          <w:lang w:eastAsia="zh-CN"/>
        </w:rPr>
        <w:t>交至外宣副大队长</w:t>
      </w:r>
      <w:r w:rsidR="00A36812">
        <w:rPr>
          <w:rFonts w:ascii="Heiti SC Medium" w:eastAsia="Heiti SC Medium" w:hAnsi="Heiti SC Medium" w:hint="eastAsia"/>
          <w:sz w:val="18"/>
          <w:lang w:eastAsia="zh-CN"/>
        </w:rPr>
        <w:t>邮箱</w:t>
      </w:r>
      <w:r w:rsidR="00A36812" w:rsidRPr="00A36812">
        <w:rPr>
          <w:rFonts w:ascii="Heiti SC Medium" w:eastAsia="Heiti SC Medium" w:hAnsi="Heiti SC Medium"/>
          <w:sz w:val="18"/>
          <w:lang w:eastAsia="zh-CN"/>
        </w:rPr>
        <w:t>qianyue0921@gmail.com</w:t>
      </w:r>
    </w:p>
    <w:sectPr w:rsidR="009C1865" w:rsidRPr="00A36812" w:rsidSect="00034616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Heiti SC Medium">
    <w:altName w:val="HEITI SC MEDIUM"/>
    <w:panose1 w:val="00000000000000000000"/>
    <w:charset w:val="80"/>
    <w:family w:val="auto"/>
    <w:pitch w:val="variable"/>
    <w:sig w:usb0="8000002F" w:usb1="0807004A" w:usb2="00000010" w:usb3="00000000" w:csb0="003E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173442">
    <w:abstractNumId w:val="8"/>
  </w:num>
  <w:num w:numId="2" w16cid:durableId="472257281">
    <w:abstractNumId w:val="6"/>
  </w:num>
  <w:num w:numId="3" w16cid:durableId="818765135">
    <w:abstractNumId w:val="5"/>
  </w:num>
  <w:num w:numId="4" w16cid:durableId="302318881">
    <w:abstractNumId w:val="4"/>
  </w:num>
  <w:num w:numId="5" w16cid:durableId="1056469053">
    <w:abstractNumId w:val="7"/>
  </w:num>
  <w:num w:numId="6" w16cid:durableId="534849692">
    <w:abstractNumId w:val="3"/>
  </w:num>
  <w:num w:numId="7" w16cid:durableId="996034721">
    <w:abstractNumId w:val="2"/>
  </w:num>
  <w:num w:numId="8" w16cid:durableId="1589003949">
    <w:abstractNumId w:val="1"/>
  </w:num>
  <w:num w:numId="9" w16cid:durableId="14756805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3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9C1865"/>
    <w:rsid w:val="00A36812"/>
    <w:rsid w:val="00AA1D8D"/>
    <w:rsid w:val="00B47730"/>
    <w:rsid w:val="00C55C2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4182EEA"/>
  <w14:defaultImageDpi w14:val="300"/>
  <w15:docId w15:val="{1EFB68A0-27B7-C84C-BA31-6906EEB38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bin hai</cp:lastModifiedBy>
  <cp:revision>2</cp:revision>
  <dcterms:created xsi:type="dcterms:W3CDTF">2013-12-23T23:15:00Z</dcterms:created>
  <dcterms:modified xsi:type="dcterms:W3CDTF">2025-09-14T09:50:00Z</dcterms:modified>
  <cp:category/>
</cp:coreProperties>
</file>